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86"/>
        <w:gridCol w:w="5159"/>
      </w:tblGrid>
      <w:tr>
        <w:tc>
          <w:tcPr>
            <w:tcW w:type="dxa" w:w="5386"/>
            <w:tcBorders>
              <w:top w:val="single" w:sz="8" w:color="222222"/>
              <w:left w:val="single" w:sz="8" w:color="222222"/>
              <w:bottom w:val="single" w:sz="8" w:color="222222"/>
              <w:right w:val="single" w:sz="8" w:color="222222"/>
            </w:tcBorders>
          </w:tcPr>
          <w:p>
            <w:r/>
            <w:r>
              <w:rPr>
                <w:rFonts w:ascii="Tahoma" w:hAnsi="Tahoma" w:cs="Tahoma" w:eastAsia="Tahoma"/>
                <w:b/>
                <w:sz w:val="20"/>
                <w:szCs w:val="20"/>
              </w:rPr>
              <w:t>ผู้ส่ง</w:t>
            </w:r>
          </w:p>
          <w:p>
            <w:pPr>
              <w:spacing w:after="60" w:before="0"/>
            </w:pPr>
            <w:r>
              <w:rPr>
                <w:rFonts w:ascii="Tahoma" w:hAnsi="Tahoma" w:cs="Tahoma" w:eastAsia="Tahoma"/>
                <w:b w:val="0"/>
                <w:sz w:val="18"/>
                <w:szCs w:val="18"/>
              </w:rPr>
              <w:t>ชื่อ  ................................................</w:t>
            </w:r>
          </w:p>
          <w:p>
            <w:pPr>
              <w:spacing w:after="60" w:before="0"/>
            </w:pPr>
            <w:r>
              <w:rPr>
                <w:rFonts w:ascii="Tahoma" w:hAnsi="Tahoma" w:cs="Tahoma" w:eastAsia="Tahoma"/>
                <w:b w:val="0"/>
                <w:sz w:val="18"/>
                <w:szCs w:val="18"/>
              </w:rPr>
              <w:t>ที่อยู่  .............................................</w:t>
            </w:r>
          </w:p>
          <w:p>
            <w:pPr>
              <w:spacing w:after="60" w:before="0"/>
            </w:pPr>
            <w:r>
              <w:rPr>
                <w:rFonts w:ascii="Tahoma" w:hAnsi="Tahoma" w:cs="Tahoma" w:eastAsia="Tahoma"/>
                <w:b w:val="0"/>
                <w:sz w:val="18"/>
                <w:szCs w:val="18"/>
              </w:rPr>
              <w:t>......................................................</w:t>
            </w:r>
          </w:p>
          <w:p>
            <w:pPr>
              <w:spacing w:after="60" w:before="0"/>
            </w:pPr>
            <w:r>
              <w:rPr>
                <w:rFonts w:ascii="Tahoma" w:hAnsi="Tahoma" w:cs="Tahoma" w:eastAsia="Tahoma"/>
                <w:b w:val="0"/>
                <w:sz w:val="18"/>
                <w:szCs w:val="18"/>
              </w:rPr>
              <w:t>โทร.  ..............................................</w:t>
            </w:r>
          </w:p>
          <w:p>
            <w:pPr>
              <w:spacing w:after="40" w:before="0"/>
            </w:pPr>
            <w:r>
              <w:rPr>
                <w:rFonts w:ascii="Tahoma" w:hAnsi="Tahoma" w:cs="Tahoma" w:eastAsia="Tahoma"/>
                <w:b w:val="0"/>
                <w:sz w:val="18"/>
                <w:szCs w:val="18"/>
              </w:rPr>
              <w:t>รหัสไปรษณีย์  [   ] [   ] [   ] [   ] [   ]</w:t>
            </w:r>
          </w:p>
        </w:tc>
        <w:tc>
          <w:tcPr>
            <w:tcW w:type="dxa" w:w="5159"/>
          </w:tcPr>
          <w:p/>
          <w:p>
            <w:pPr>
              <w:spacing w:after="40" w:before="0"/>
              <w:jc w:val="right"/>
            </w:pPr>
            <w:r>
              <w:rPr>
                <w:rFonts w:ascii="Tahoma" w:hAnsi="Tahoma" w:cs="Tahoma" w:eastAsia="Tahoma"/>
                <w:b w:val="0"/>
                <w:color w:val="999999"/>
                <w:sz w:val="16"/>
                <w:szCs w:val="16"/>
              </w:rPr>
              <w:t>ติดแสตมป์ หรือ ใบเสร็จขนส่ง</w:t>
            </w:r>
          </w:p>
        </w:tc>
      </w:tr>
      <w:tr>
        <w:trPr>
          <w:trHeight w:val="283"/>
        </w:trPr>
        <w:tc>
          <w:tcPr>
            <w:tcW w:type="dxa" w:w="10546"/>
            <w:gridSpan w:val="2"/>
          </w:tcPr>
          <w:p/>
        </w:tc>
      </w:tr>
      <w:tr>
        <w:tc>
          <w:tcPr>
            <w:tcW w:type="dxa" w:w="10546"/>
            <w:gridSpan w:val="2"/>
            <w:tcBorders>
              <w:top w:val="single" w:sz="8" w:color="222222"/>
              <w:left w:val="single" w:sz="8" w:color="222222"/>
              <w:bottom w:val="single" w:sz="8" w:color="222222"/>
              <w:right w:val="single" w:sz="8" w:color="222222"/>
            </w:tcBorders>
          </w:tcPr>
          <w:p>
            <w:r/>
            <w:r>
              <w:rPr>
                <w:rFonts w:ascii="Tahoma" w:hAnsi="Tahoma" w:cs="Tahoma" w:eastAsia="Tahoma"/>
                <w:b/>
                <w:sz w:val="28"/>
                <w:szCs w:val="28"/>
              </w:rPr>
              <w:t>ผู้รับ</w:t>
            </w:r>
          </w:p>
          <w:p>
            <w:pPr>
              <w:spacing w:after="60" w:before="0"/>
            </w:pPr>
            <w:r>
              <w:rPr>
                <w:rFonts w:ascii="Tahoma" w:hAnsi="Tahoma" w:cs="Tahoma" w:eastAsia="Tahoma"/>
                <w:b w:val="0"/>
                <w:sz w:val="26"/>
                <w:szCs w:val="26"/>
              </w:rPr>
              <w:t>ชื่อ  ......................................................................</w:t>
            </w:r>
          </w:p>
          <w:p>
            <w:pPr>
              <w:spacing w:after="60" w:before="0"/>
            </w:pPr>
            <w:r>
              <w:rPr>
                <w:rFonts w:ascii="Tahoma" w:hAnsi="Tahoma" w:cs="Tahoma" w:eastAsia="Tahoma"/>
                <w:b w:val="0"/>
                <w:sz w:val="26"/>
                <w:szCs w:val="26"/>
              </w:rPr>
              <w:t>ที่อยู่  ...................................................................</w:t>
            </w:r>
          </w:p>
          <w:p>
            <w:pPr>
              <w:spacing w:after="60" w:before="0"/>
            </w:pPr>
            <w:r>
              <w:rPr>
                <w:rFonts w:ascii="Tahoma" w:hAnsi="Tahoma" w:cs="Tahoma" w:eastAsia="Tahoma"/>
                <w:b w:val="0"/>
                <w:sz w:val="26"/>
                <w:szCs w:val="26"/>
              </w:rPr>
              <w:t>............................................................................</w:t>
            </w:r>
          </w:p>
          <w:p>
            <w:pPr>
              <w:spacing w:after="60" w:before="0"/>
            </w:pPr>
            <w:r>
              <w:rPr>
                <w:rFonts w:ascii="Tahoma" w:hAnsi="Tahoma" w:cs="Tahoma" w:eastAsia="Tahoma"/>
                <w:b w:val="0"/>
                <w:sz w:val="26"/>
                <w:szCs w:val="26"/>
              </w:rPr>
              <w:t>............................................................................</w:t>
            </w:r>
          </w:p>
          <w:p>
            <w:pPr>
              <w:spacing w:after="60" w:before="0"/>
            </w:pPr>
            <w:r>
              <w:rPr>
                <w:rFonts w:ascii="Tahoma" w:hAnsi="Tahoma" w:cs="Tahoma" w:eastAsia="Tahoma"/>
                <w:b w:val="0"/>
                <w:sz w:val="26"/>
                <w:szCs w:val="26"/>
              </w:rPr>
              <w:t>โทร.  ....................................................................</w:t>
            </w:r>
          </w:p>
          <w:p>
            <w:pPr>
              <w:spacing w:after="40" w:before="0"/>
            </w:pPr>
            <w:r>
              <w:rPr>
                <w:rFonts w:ascii="Tahoma" w:hAnsi="Tahoma" w:cs="Tahoma" w:eastAsia="Tahoma"/>
                <w:b w:val="0"/>
                <w:sz w:val="26"/>
                <w:szCs w:val="26"/>
              </w:rPr>
              <w:t>รหัสไปรษณีย์  [   ] [   ] [   ] [   ] [   ]</w:t>
            </w:r>
          </w:p>
        </w:tc>
      </w:tr>
    </w:tbl>
    <w:p>
      <w:pPr>
        <w:spacing w:after="0" w:before="0"/>
      </w:pPr>
      <w:r>
        <w:rPr>
          <w:rFonts w:ascii="Tahoma" w:hAnsi="Tahoma" w:cs="Tahoma" w:eastAsia="Tahoma"/>
          <w:b w:val="0"/>
          <w:color w:val="888888"/>
          <w:sz w:val="14"/>
          <w:szCs w:val="14"/>
        </w:rPr>
        <w:t>แบบฟอร์มใบปะหน้า · ดาวน์โหลดฟรีที่ www.scpaperpack.co.th</w:t>
      </w:r>
    </w:p>
    <w:p>
      <w:pPr>
        <w:spacing w:after="120" w:before="0"/>
      </w:pPr>
      <w:r>
        <w:rPr>
          <w:rFonts w:ascii="Tahoma" w:hAnsi="Tahoma" w:cs="Tahoma" w:eastAsia="Tahoma"/>
          <w:b w:val="0"/>
          <w:color w:val="999999"/>
          <w:sz w:val="16"/>
          <w:szCs w:val="16"/>
        </w:rPr>
        <w:t>✂ - - - - - - - - - - - - - - - - - - - - - - - - -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386"/>
        <w:gridCol w:w="5159"/>
      </w:tblGrid>
      <w:tr>
        <w:tc>
          <w:tcPr>
            <w:tcW w:type="dxa" w:w="5386"/>
            <w:tcBorders>
              <w:top w:val="single" w:sz="8" w:color="222222"/>
              <w:left w:val="single" w:sz="8" w:color="222222"/>
              <w:bottom w:val="single" w:sz="8" w:color="222222"/>
              <w:right w:val="single" w:sz="8" w:color="222222"/>
            </w:tcBorders>
          </w:tcPr>
          <w:p>
            <w:r/>
            <w:r>
              <w:rPr>
                <w:rFonts w:ascii="Tahoma" w:hAnsi="Tahoma" w:cs="Tahoma" w:eastAsia="Tahoma"/>
                <w:b/>
                <w:sz w:val="20"/>
                <w:szCs w:val="20"/>
              </w:rPr>
              <w:t>ผู้ส่ง</w:t>
            </w:r>
          </w:p>
          <w:p>
            <w:pPr>
              <w:spacing w:after="60" w:before="0"/>
            </w:pPr>
            <w:r>
              <w:rPr>
                <w:rFonts w:ascii="Tahoma" w:hAnsi="Tahoma" w:cs="Tahoma" w:eastAsia="Tahoma"/>
                <w:b w:val="0"/>
                <w:sz w:val="18"/>
                <w:szCs w:val="18"/>
              </w:rPr>
              <w:t>ชื่อ  ................................................</w:t>
            </w:r>
          </w:p>
          <w:p>
            <w:pPr>
              <w:spacing w:after="60" w:before="0"/>
            </w:pPr>
            <w:r>
              <w:rPr>
                <w:rFonts w:ascii="Tahoma" w:hAnsi="Tahoma" w:cs="Tahoma" w:eastAsia="Tahoma"/>
                <w:b w:val="0"/>
                <w:sz w:val="18"/>
                <w:szCs w:val="18"/>
              </w:rPr>
              <w:t>ที่อยู่  .............................................</w:t>
            </w:r>
          </w:p>
          <w:p>
            <w:pPr>
              <w:spacing w:after="60" w:before="0"/>
            </w:pPr>
            <w:r>
              <w:rPr>
                <w:rFonts w:ascii="Tahoma" w:hAnsi="Tahoma" w:cs="Tahoma" w:eastAsia="Tahoma"/>
                <w:b w:val="0"/>
                <w:sz w:val="18"/>
                <w:szCs w:val="18"/>
              </w:rPr>
              <w:t>......................................................</w:t>
            </w:r>
          </w:p>
          <w:p>
            <w:pPr>
              <w:spacing w:after="60" w:before="0"/>
            </w:pPr>
            <w:r>
              <w:rPr>
                <w:rFonts w:ascii="Tahoma" w:hAnsi="Tahoma" w:cs="Tahoma" w:eastAsia="Tahoma"/>
                <w:b w:val="0"/>
                <w:sz w:val="18"/>
                <w:szCs w:val="18"/>
              </w:rPr>
              <w:t>โทร.  ..............................................</w:t>
            </w:r>
          </w:p>
          <w:p>
            <w:pPr>
              <w:spacing w:after="40" w:before="0"/>
            </w:pPr>
            <w:r>
              <w:rPr>
                <w:rFonts w:ascii="Tahoma" w:hAnsi="Tahoma" w:cs="Tahoma" w:eastAsia="Tahoma"/>
                <w:b w:val="0"/>
                <w:sz w:val="18"/>
                <w:szCs w:val="18"/>
              </w:rPr>
              <w:t>รหัสไปรษณีย์  [   ] [   ] [   ] [   ] [   ]</w:t>
            </w:r>
          </w:p>
        </w:tc>
        <w:tc>
          <w:tcPr>
            <w:tcW w:type="dxa" w:w="5159"/>
          </w:tcPr>
          <w:p/>
          <w:p>
            <w:pPr>
              <w:spacing w:after="40" w:before="0"/>
              <w:jc w:val="right"/>
            </w:pPr>
            <w:r>
              <w:rPr>
                <w:rFonts w:ascii="Tahoma" w:hAnsi="Tahoma" w:cs="Tahoma" w:eastAsia="Tahoma"/>
                <w:b w:val="0"/>
                <w:color w:val="999999"/>
                <w:sz w:val="16"/>
                <w:szCs w:val="16"/>
              </w:rPr>
              <w:t>ติดแสตมป์ หรือ ใบเสร็จขนส่ง</w:t>
            </w:r>
          </w:p>
        </w:tc>
      </w:tr>
      <w:tr>
        <w:trPr>
          <w:trHeight w:val="283"/>
        </w:trPr>
        <w:tc>
          <w:tcPr>
            <w:tcW w:type="dxa" w:w="10546"/>
            <w:gridSpan w:val="2"/>
          </w:tcPr>
          <w:p/>
        </w:tc>
      </w:tr>
      <w:tr>
        <w:tc>
          <w:tcPr>
            <w:tcW w:type="dxa" w:w="10546"/>
            <w:gridSpan w:val="2"/>
            <w:tcBorders>
              <w:top w:val="single" w:sz="8" w:color="222222"/>
              <w:left w:val="single" w:sz="8" w:color="222222"/>
              <w:bottom w:val="single" w:sz="8" w:color="222222"/>
              <w:right w:val="single" w:sz="8" w:color="222222"/>
            </w:tcBorders>
          </w:tcPr>
          <w:p>
            <w:r/>
            <w:r>
              <w:rPr>
                <w:rFonts w:ascii="Tahoma" w:hAnsi="Tahoma" w:cs="Tahoma" w:eastAsia="Tahoma"/>
                <w:b/>
                <w:sz w:val="28"/>
                <w:szCs w:val="28"/>
              </w:rPr>
              <w:t>ผู้รับ</w:t>
            </w:r>
          </w:p>
          <w:p>
            <w:pPr>
              <w:spacing w:after="60" w:before="0"/>
            </w:pPr>
            <w:r>
              <w:rPr>
                <w:rFonts w:ascii="Tahoma" w:hAnsi="Tahoma" w:cs="Tahoma" w:eastAsia="Tahoma"/>
                <w:b w:val="0"/>
                <w:sz w:val="26"/>
                <w:szCs w:val="26"/>
              </w:rPr>
              <w:t>ชื่อ  ......................................................................</w:t>
            </w:r>
          </w:p>
          <w:p>
            <w:pPr>
              <w:spacing w:after="60" w:before="0"/>
            </w:pPr>
            <w:r>
              <w:rPr>
                <w:rFonts w:ascii="Tahoma" w:hAnsi="Tahoma" w:cs="Tahoma" w:eastAsia="Tahoma"/>
                <w:b w:val="0"/>
                <w:sz w:val="26"/>
                <w:szCs w:val="26"/>
              </w:rPr>
              <w:t>ที่อยู่  ...................................................................</w:t>
            </w:r>
          </w:p>
          <w:p>
            <w:pPr>
              <w:spacing w:after="60" w:before="0"/>
            </w:pPr>
            <w:r>
              <w:rPr>
                <w:rFonts w:ascii="Tahoma" w:hAnsi="Tahoma" w:cs="Tahoma" w:eastAsia="Tahoma"/>
                <w:b w:val="0"/>
                <w:sz w:val="26"/>
                <w:szCs w:val="26"/>
              </w:rPr>
              <w:t>............................................................................</w:t>
            </w:r>
          </w:p>
          <w:p>
            <w:pPr>
              <w:spacing w:after="60" w:before="0"/>
            </w:pPr>
            <w:r>
              <w:rPr>
                <w:rFonts w:ascii="Tahoma" w:hAnsi="Tahoma" w:cs="Tahoma" w:eastAsia="Tahoma"/>
                <w:b w:val="0"/>
                <w:sz w:val="26"/>
                <w:szCs w:val="26"/>
              </w:rPr>
              <w:t>............................................................................</w:t>
            </w:r>
          </w:p>
          <w:p>
            <w:pPr>
              <w:spacing w:after="60" w:before="0"/>
            </w:pPr>
            <w:r>
              <w:rPr>
                <w:rFonts w:ascii="Tahoma" w:hAnsi="Tahoma" w:cs="Tahoma" w:eastAsia="Tahoma"/>
                <w:b w:val="0"/>
                <w:sz w:val="26"/>
                <w:szCs w:val="26"/>
              </w:rPr>
              <w:t>โทร.  ....................................................................</w:t>
            </w:r>
          </w:p>
          <w:p>
            <w:pPr>
              <w:spacing w:after="40" w:before="0"/>
            </w:pPr>
            <w:r>
              <w:rPr>
                <w:rFonts w:ascii="Tahoma" w:hAnsi="Tahoma" w:cs="Tahoma" w:eastAsia="Tahoma"/>
                <w:b w:val="0"/>
                <w:sz w:val="26"/>
                <w:szCs w:val="26"/>
              </w:rPr>
              <w:t>รหัสไปรษณีย์  [   ] [   ] [   ] [   ] [   ]</w:t>
            </w:r>
          </w:p>
        </w:tc>
      </w:tr>
    </w:tbl>
    <w:p>
      <w:pPr>
        <w:spacing w:after="0" w:before="0"/>
      </w:pPr>
      <w:r>
        <w:rPr>
          <w:rFonts w:ascii="Tahoma" w:hAnsi="Tahoma" w:cs="Tahoma" w:eastAsia="Tahoma"/>
          <w:b w:val="0"/>
          <w:color w:val="888888"/>
          <w:sz w:val="14"/>
          <w:szCs w:val="14"/>
        </w:rPr>
        <w:t>แบบฟอร์มใบปะหน้า · ดาวน์โหลดฟรีที่ www.scpaperpack.co.th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5272"/>
            <w:tcBorders>
              <w:top w:val="dashed" w:sz="4" w:color="999999"/>
              <w:left w:val="dashed" w:sz="4" w:color="999999"/>
              <w:bottom w:val="dashed" w:sz="4" w:color="999999"/>
              <w:right w:val="dashed" w:sz="4" w:color="999999"/>
            </w:tcBorders>
          </w:tcPr>
          <w:p>
            <w:r/>
          </w:p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5272"/>
            </w:tblGrid>
            <w:tr>
              <w:tc>
                <w:tcPr>
                  <w:tcW w:type="dxa" w:w="5272"/>
                  <w:tcBorders>
                    <w:top w:val="single" w:sz="8" w:color="222222"/>
                    <w:left w:val="single" w:sz="8" w:color="222222"/>
                    <w:bottom w:val="single" w:sz="8" w:color="222222"/>
                    <w:right w:val="single" w:sz="8" w:color="222222"/>
                  </w:tcBorders>
                </w:tcPr>
                <w:p>
                  <w:r/>
                  <w:r>
                    <w:rPr>
                      <w:rFonts w:ascii="Tahoma" w:hAnsi="Tahoma" w:cs="Tahoma" w:eastAsia="Tahoma"/>
                      <w:b/>
                      <w:sz w:val="18"/>
                      <w:szCs w:val="18"/>
                    </w:rPr>
                    <w:t>ผู้ส่ง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ชื่อ  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ที่อยู่  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..............................................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โทร.  ......................................</w:t>
                  </w:r>
                </w:p>
                <w:p>
                  <w:pPr>
                    <w:spacing w:after="4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รหัสไปรษณีย์  [   ] [   ] [   ] [   ] [   ]</w:t>
                  </w:r>
                </w:p>
              </w:tc>
            </w:tr>
            <w:tr>
              <w:trPr>
                <w:trHeight w:val="227"/>
              </w:trPr>
              <w:tc>
                <w:tcPr>
                  <w:tcW w:type="dxa" w:w="5272"/>
                </w:tcPr>
                <w:p/>
              </w:tc>
            </w:tr>
            <w:tr>
              <w:tc>
                <w:tcPr>
                  <w:tcW w:type="dxa" w:w="5272"/>
                  <w:tcBorders>
                    <w:top w:val="single" w:sz="8" w:color="222222"/>
                    <w:left w:val="single" w:sz="8" w:color="222222"/>
                    <w:bottom w:val="single" w:sz="8" w:color="222222"/>
                    <w:right w:val="single" w:sz="8" w:color="222222"/>
                  </w:tcBorders>
                </w:tcPr>
                <w:p>
                  <w:r/>
                  <w:r>
                    <w:rPr>
                      <w:rFonts w:ascii="Tahoma" w:hAnsi="Tahoma" w:cs="Tahoma" w:eastAsia="Tahoma"/>
                      <w:b/>
                      <w:sz w:val="23"/>
                      <w:szCs w:val="23"/>
                    </w:rPr>
                    <w:t>ผู้รับ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ชื่อ  ............................................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ที่อยู่  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..................................................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..................................................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โทร.  ..........................................</w:t>
                  </w:r>
                </w:p>
                <w:p>
                  <w:pPr>
                    <w:spacing w:after="4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รหัสไปรษณีย์  [   ] [   ] [   ] [   ] [   ]</w:t>
                  </w:r>
                </w:p>
              </w:tc>
            </w:tr>
          </w:tbl>
          <w:p/>
          <w:p>
            <w:pPr>
              <w:spacing w:after="0" w:before="0"/>
            </w:pPr>
            <w:r>
              <w:rPr>
                <w:rFonts w:ascii="Tahoma" w:hAnsi="Tahoma" w:cs="Tahoma" w:eastAsia="Tahoma"/>
                <w:b w:val="0"/>
                <w:color w:val="888888"/>
                <w:sz w:val="13"/>
                <w:szCs w:val="13"/>
              </w:rPr>
              <w:t>ดาวน์โหลดฟรีที่ www.scpaperpack.co.th</w:t>
            </w:r>
          </w:p>
        </w:tc>
        <w:tc>
          <w:tcPr>
            <w:tcW w:type="dxa" w:w="5272"/>
            <w:tcBorders>
              <w:top w:val="dashed" w:sz="4" w:color="999999"/>
              <w:left w:val="dashed" w:sz="4" w:color="999999"/>
              <w:bottom w:val="dashed" w:sz="4" w:color="999999"/>
              <w:right w:val="dashed" w:sz="4" w:color="999999"/>
            </w:tcBorders>
          </w:tcPr>
          <w:p>
            <w:r/>
          </w:p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5272"/>
            </w:tblGrid>
            <w:tr>
              <w:tc>
                <w:tcPr>
                  <w:tcW w:type="dxa" w:w="5272"/>
                  <w:tcBorders>
                    <w:top w:val="single" w:sz="8" w:color="222222"/>
                    <w:left w:val="single" w:sz="8" w:color="222222"/>
                    <w:bottom w:val="single" w:sz="8" w:color="222222"/>
                    <w:right w:val="single" w:sz="8" w:color="222222"/>
                  </w:tcBorders>
                </w:tcPr>
                <w:p>
                  <w:r/>
                  <w:r>
                    <w:rPr>
                      <w:rFonts w:ascii="Tahoma" w:hAnsi="Tahoma" w:cs="Tahoma" w:eastAsia="Tahoma"/>
                      <w:b/>
                      <w:sz w:val="18"/>
                      <w:szCs w:val="18"/>
                    </w:rPr>
                    <w:t>ผู้ส่ง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ชื่อ  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ที่อยู่  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..............................................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โทร.  ......................................</w:t>
                  </w:r>
                </w:p>
                <w:p>
                  <w:pPr>
                    <w:spacing w:after="4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รหัสไปรษณีย์  [   ] [   ] [   ] [   ] [   ]</w:t>
                  </w:r>
                </w:p>
              </w:tc>
            </w:tr>
            <w:tr>
              <w:trPr>
                <w:trHeight w:val="227"/>
              </w:trPr>
              <w:tc>
                <w:tcPr>
                  <w:tcW w:type="dxa" w:w="5272"/>
                </w:tcPr>
                <w:p/>
              </w:tc>
            </w:tr>
            <w:tr>
              <w:tc>
                <w:tcPr>
                  <w:tcW w:type="dxa" w:w="5272"/>
                  <w:tcBorders>
                    <w:top w:val="single" w:sz="8" w:color="222222"/>
                    <w:left w:val="single" w:sz="8" w:color="222222"/>
                    <w:bottom w:val="single" w:sz="8" w:color="222222"/>
                    <w:right w:val="single" w:sz="8" w:color="222222"/>
                  </w:tcBorders>
                </w:tcPr>
                <w:p>
                  <w:r/>
                  <w:r>
                    <w:rPr>
                      <w:rFonts w:ascii="Tahoma" w:hAnsi="Tahoma" w:cs="Tahoma" w:eastAsia="Tahoma"/>
                      <w:b/>
                      <w:sz w:val="23"/>
                      <w:szCs w:val="23"/>
                    </w:rPr>
                    <w:t>ผู้รับ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ชื่อ  ............................................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ที่อยู่  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..................................................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..................................................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โทร.  ..........................................</w:t>
                  </w:r>
                </w:p>
                <w:p>
                  <w:pPr>
                    <w:spacing w:after="4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รหัสไปรษณีย์  [   ] [   ] [   ] [   ] [   ]</w:t>
                  </w:r>
                </w:p>
              </w:tc>
            </w:tr>
          </w:tbl>
          <w:p/>
          <w:p>
            <w:pPr>
              <w:spacing w:after="0" w:before="0"/>
            </w:pPr>
            <w:r>
              <w:rPr>
                <w:rFonts w:ascii="Tahoma" w:hAnsi="Tahoma" w:cs="Tahoma" w:eastAsia="Tahoma"/>
                <w:b w:val="0"/>
                <w:color w:val="888888"/>
                <w:sz w:val="13"/>
                <w:szCs w:val="13"/>
              </w:rPr>
              <w:t>ดาวน์โหลดฟรีที่ www.scpaperpack.co.th</w:t>
            </w:r>
          </w:p>
        </w:tc>
      </w:tr>
      <w:tr>
        <w:tc>
          <w:tcPr>
            <w:tcW w:type="dxa" w:w="5272"/>
            <w:tcBorders>
              <w:top w:val="dashed" w:sz="4" w:color="999999"/>
              <w:left w:val="dashed" w:sz="4" w:color="999999"/>
              <w:bottom w:val="dashed" w:sz="4" w:color="999999"/>
              <w:right w:val="dashed" w:sz="4" w:color="999999"/>
            </w:tcBorders>
          </w:tcPr>
          <w:p>
            <w:r/>
          </w:p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5272"/>
            </w:tblGrid>
            <w:tr>
              <w:tc>
                <w:tcPr>
                  <w:tcW w:type="dxa" w:w="5272"/>
                  <w:tcBorders>
                    <w:top w:val="single" w:sz="8" w:color="222222"/>
                    <w:left w:val="single" w:sz="8" w:color="222222"/>
                    <w:bottom w:val="single" w:sz="8" w:color="222222"/>
                    <w:right w:val="single" w:sz="8" w:color="222222"/>
                  </w:tcBorders>
                </w:tcPr>
                <w:p>
                  <w:r/>
                  <w:r>
                    <w:rPr>
                      <w:rFonts w:ascii="Tahoma" w:hAnsi="Tahoma" w:cs="Tahoma" w:eastAsia="Tahoma"/>
                      <w:b/>
                      <w:sz w:val="18"/>
                      <w:szCs w:val="18"/>
                    </w:rPr>
                    <w:t>ผู้ส่ง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ชื่อ  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ที่อยู่  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..............................................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โทร.  ......................................</w:t>
                  </w:r>
                </w:p>
                <w:p>
                  <w:pPr>
                    <w:spacing w:after="4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รหัสไปรษณีย์  [   ] [   ] [   ] [   ] [   ]</w:t>
                  </w:r>
                </w:p>
              </w:tc>
            </w:tr>
            <w:tr>
              <w:trPr>
                <w:trHeight w:val="227"/>
              </w:trPr>
              <w:tc>
                <w:tcPr>
                  <w:tcW w:type="dxa" w:w="5272"/>
                </w:tcPr>
                <w:p/>
              </w:tc>
            </w:tr>
            <w:tr>
              <w:tc>
                <w:tcPr>
                  <w:tcW w:type="dxa" w:w="5272"/>
                  <w:tcBorders>
                    <w:top w:val="single" w:sz="8" w:color="222222"/>
                    <w:left w:val="single" w:sz="8" w:color="222222"/>
                    <w:bottom w:val="single" w:sz="8" w:color="222222"/>
                    <w:right w:val="single" w:sz="8" w:color="222222"/>
                  </w:tcBorders>
                </w:tcPr>
                <w:p>
                  <w:r/>
                  <w:r>
                    <w:rPr>
                      <w:rFonts w:ascii="Tahoma" w:hAnsi="Tahoma" w:cs="Tahoma" w:eastAsia="Tahoma"/>
                      <w:b/>
                      <w:sz w:val="23"/>
                      <w:szCs w:val="23"/>
                    </w:rPr>
                    <w:t>ผู้รับ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ชื่อ  ............................................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ที่อยู่  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..................................................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..................................................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โทร.  ..........................................</w:t>
                  </w:r>
                </w:p>
                <w:p>
                  <w:pPr>
                    <w:spacing w:after="4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รหัสไปรษณีย์  [   ] [   ] [   ] [   ] [   ]</w:t>
                  </w:r>
                </w:p>
              </w:tc>
            </w:tr>
          </w:tbl>
          <w:p/>
          <w:p>
            <w:pPr>
              <w:spacing w:after="0" w:before="0"/>
            </w:pPr>
            <w:r>
              <w:rPr>
                <w:rFonts w:ascii="Tahoma" w:hAnsi="Tahoma" w:cs="Tahoma" w:eastAsia="Tahoma"/>
                <w:b w:val="0"/>
                <w:color w:val="888888"/>
                <w:sz w:val="13"/>
                <w:szCs w:val="13"/>
              </w:rPr>
              <w:t>ดาวน์โหลดฟรีที่ www.scpaperpack.co.th</w:t>
            </w:r>
          </w:p>
        </w:tc>
        <w:tc>
          <w:tcPr>
            <w:tcW w:type="dxa" w:w="5272"/>
            <w:tcBorders>
              <w:top w:val="dashed" w:sz="4" w:color="999999"/>
              <w:left w:val="dashed" w:sz="4" w:color="999999"/>
              <w:bottom w:val="dashed" w:sz="4" w:color="999999"/>
              <w:right w:val="dashed" w:sz="4" w:color="999999"/>
            </w:tcBorders>
          </w:tcPr>
          <w:p>
            <w:r/>
          </w:p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5272"/>
            </w:tblGrid>
            <w:tr>
              <w:tc>
                <w:tcPr>
                  <w:tcW w:type="dxa" w:w="5272"/>
                  <w:tcBorders>
                    <w:top w:val="single" w:sz="8" w:color="222222"/>
                    <w:left w:val="single" w:sz="8" w:color="222222"/>
                    <w:bottom w:val="single" w:sz="8" w:color="222222"/>
                    <w:right w:val="single" w:sz="8" w:color="222222"/>
                  </w:tcBorders>
                </w:tcPr>
                <w:p>
                  <w:r/>
                  <w:r>
                    <w:rPr>
                      <w:rFonts w:ascii="Tahoma" w:hAnsi="Tahoma" w:cs="Tahoma" w:eastAsia="Tahoma"/>
                      <w:b/>
                      <w:sz w:val="18"/>
                      <w:szCs w:val="18"/>
                    </w:rPr>
                    <w:t>ผู้ส่ง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ชื่อ  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ที่อยู่  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..............................................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โทร.  ......................................</w:t>
                  </w:r>
                </w:p>
                <w:p>
                  <w:pPr>
                    <w:spacing w:after="40" w:before="0"/>
                  </w:pPr>
                  <w:r>
                    <w:rPr>
                      <w:rFonts w:ascii="Tahoma" w:hAnsi="Tahoma" w:cs="Tahoma" w:eastAsia="Tahoma"/>
                      <w:b w:val="0"/>
                      <w:sz w:val="16"/>
                      <w:szCs w:val="16"/>
                    </w:rPr>
                    <w:t>รหัสไปรษณีย์  [   ] [   ] [   ] [   ] [   ]</w:t>
                  </w:r>
                </w:p>
              </w:tc>
            </w:tr>
            <w:tr>
              <w:trPr>
                <w:trHeight w:val="227"/>
              </w:trPr>
              <w:tc>
                <w:tcPr>
                  <w:tcW w:type="dxa" w:w="5272"/>
                </w:tcPr>
                <w:p/>
              </w:tc>
            </w:tr>
            <w:tr>
              <w:tc>
                <w:tcPr>
                  <w:tcW w:type="dxa" w:w="5272"/>
                  <w:tcBorders>
                    <w:top w:val="single" w:sz="8" w:color="222222"/>
                    <w:left w:val="single" w:sz="8" w:color="222222"/>
                    <w:bottom w:val="single" w:sz="8" w:color="222222"/>
                    <w:right w:val="single" w:sz="8" w:color="222222"/>
                  </w:tcBorders>
                </w:tcPr>
                <w:p>
                  <w:r/>
                  <w:r>
                    <w:rPr>
                      <w:rFonts w:ascii="Tahoma" w:hAnsi="Tahoma" w:cs="Tahoma" w:eastAsia="Tahoma"/>
                      <w:b/>
                      <w:sz w:val="23"/>
                      <w:szCs w:val="23"/>
                    </w:rPr>
                    <w:t>ผู้รับ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ชื่อ  ............................................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ที่อยู่  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..................................................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..................................................</w:t>
                  </w:r>
                </w:p>
                <w:p>
                  <w:pPr>
                    <w:spacing w:after="6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โทร.  ..........................................</w:t>
                  </w:r>
                </w:p>
                <w:p>
                  <w:pPr>
                    <w:spacing w:after="40" w:before="0"/>
                  </w:pPr>
                  <w:r>
                    <w:rPr>
                      <w:rFonts w:ascii="Tahoma" w:hAnsi="Tahoma" w:cs="Tahoma" w:eastAsia="Tahoma"/>
                      <w:b w:val="0"/>
                      <w:sz w:val="21"/>
                      <w:szCs w:val="21"/>
                    </w:rPr>
                    <w:t>รหัสไปรษณีย์  [   ] [   ] [   ] [   ] [   ]</w:t>
                  </w:r>
                </w:p>
              </w:tc>
            </w:tr>
          </w:tbl>
          <w:p/>
          <w:p>
            <w:pPr>
              <w:spacing w:after="0" w:before="0"/>
            </w:pPr>
            <w:r>
              <w:rPr>
                <w:rFonts w:ascii="Tahoma" w:hAnsi="Tahoma" w:cs="Tahoma" w:eastAsia="Tahoma"/>
                <w:b w:val="0"/>
                <w:color w:val="888888"/>
                <w:sz w:val="13"/>
                <w:szCs w:val="13"/>
              </w:rPr>
              <w:t>ดาวน์โหลดฟรีที่ www.scpaperpack.co.th</w:t>
            </w:r>
          </w:p>
        </w:tc>
      </w:tr>
    </w:tbl>
    <w:sectPr w:rsidR="00FC693F" w:rsidRPr="0006063C" w:rsidSect="00034616"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